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경력 이력서</w:t>
      </w:r>
    </w:p>
    <w:p>
      <w:pPr>
        <w:widowControl/>
      </w:pPr>
      <w:r>
        <w:rPr>
          <w:sz w:val="18"/>
        </w:rPr>
        <w:t>작성 예시 · 인물과 경력은 모두 가상입니다.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성명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김하린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지원 직무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운영지원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이메일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harin@example.com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거주 지역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서울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포트폴리오 (선택)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경력 요약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2022년부터 주문 운영과 문서 관리 업무를 수행했습니다. 주문 자료를 대조하고 누락된 항목을 찾아 담당자에게 전달하는 업무에 강점이 있습니다.</w:t>
            </w:r>
          </w:p>
        </w:tc>
      </w:tr>
    </w:tbl>
    <w:p>
      <w:pPr>
        <w:pStyle w:val="Heading1"/>
        <w:widowControl/>
      </w:pPr>
      <w:r>
        <w:t>핵심 역량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주문 자료 대조 및 누락 확인</w:t>
              <w:br/>
              <w:t>Excel 기반 진행 현황 관리</w:t>
              <w:br/>
              <w:t>업무 절차 문서화 및 인수인계</w:t>
            </w:r>
          </w:p>
        </w:tc>
      </w:tr>
    </w:tbl>
    <w:p>
      <w:pPr>
        <w:pStyle w:val="Heading1"/>
        <w:widowControl/>
      </w:pPr>
      <w:r>
        <w:t>최근 경력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활동 · 재직 기간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소속 · 직무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담당 업무 · 본인 기여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2024.03–현재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예시상사</w:t>
              <w:br/>
              <w:t>운영 담당</w:t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주문·출고 자료 대조, 주문별 확인 이력을 남기는 팀 공용 점검표 작성</w:t>
            </w:r>
          </w:p>
        </w:tc>
      </w:tr>
    </w:tbl>
    <w:p>
      <w:pPr>
        <w:pStyle w:val="Heading1"/>
        <w:widowControl/>
      </w:pPr>
      <w:r>
        <w:t>이전 경력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활동 · 재직 기간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소속 · 직무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담당 업무 · 본인 기여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2022.07–2024.02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예시유통</w:t>
              <w:br/>
              <w:t>운영 보조</w:t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고객 문의 유형 분류 및 반복 문제 주간 공유</w:t>
            </w:r>
          </w:p>
        </w:tc>
      </w:tr>
    </w:tbl>
    <w:p>
      <w:pPr>
        <w:pStyle w:val="Heading1"/>
        <w:widowControl/>
      </w:pPr>
      <w:r>
        <w:t>학력 및 교육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예시대학교 경영학과 | 2022.02 졸업</w:t>
              <w:br/>
              <w:t>Excel 실무 과정 | 2023.11 수료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B298F563-516E-459A-B89F-4BB458F0056D}"/>
    <w:embedBold r:id="rIdBold" w:fontKey="{8D839ACC-CDF2-4B89-9758-DAF906477403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 이력서 양식</dc:title>
  <dc:subject>편집 가능한 취업 서류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