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경력 이력서</w:t>
      </w:r>
    </w:p>
    <w:p>
      <w:pPr>
        <w:widowControl/>
      </w:pPr>
      <w:r>
        <w:rPr>
          <w:sz w:val="18"/>
        </w:rPr>
        <w:t>칸 안에 작성하세요. 필요한 행은 추가하고, 사용하지 않는 항목은 삭제하세요.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성명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지원 직무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이메일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연락처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거주 지역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포트폴리오 (선택)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경력 요약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핵심 역량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최근 경력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활동 · 재직 기간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소속 · 직무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담당 업무 · 본인 기여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이전 경력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활동 · 재직 기간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소속 · 직무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담당 업무 · 본인 기여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학력 및 교육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14B67A90-74C6-4204-8903-EF46253F4269}"/>
    <w:embedBold r:id="rIdBold" w:fontKey="{82AB1508-53C8-458D-8C35-144936971EE7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 이력서 양식</dc:title>
  <dc:subject>편집 가능한 취업 서류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