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자기소개서</w:t>
      </w:r>
    </w:p>
    <w:p>
      <w:pPr>
        <w:widowControl/>
      </w:pPr>
      <w:r>
        <w:rPr>
          <w:sz w:val="18"/>
        </w:rPr>
        <w:t>칸 안에 작성하세요. 필요한 행은 추가하고, 사용하지 않는 항목은 삭제하세요.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성명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직무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이메일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회사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작성일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지원 동기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72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직무 관련 경험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72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협업과 문제 해결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72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입사 후 계획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72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F611B53C-CEDC-4476-8C54-C59B3FD82E1E}"/>
    <w:embedBold r:id="rIdBold" w:fontKey="{572FA795-830D-4B8C-9EAC-BF7D30D111AE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 양식</dc:title>
  <dc:subject>편집 가능한 취업 서류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