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경력기술서</w:t>
      </w:r>
    </w:p>
    <w:p>
      <w:pPr>
        <w:widowControl/>
      </w:pPr>
      <w:r>
        <w:rPr>
          <w:sz w:val="18"/>
        </w:rPr>
        <w:t>작성 예시 · 인물과 경력은 모두 가상입니다.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성명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김하린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지원 직무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운영지원</w:t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이메일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harin@example.com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연락처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소속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예시상사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프로젝트 기간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2025.04–2025.06</w:t>
            </w:r>
          </w:p>
        </w:tc>
      </w:tr>
    </w:tbl>
    <w:p>
      <w:pPr>
        <w:pStyle w:val="Heading1"/>
        <w:widowControl/>
      </w:pPr>
      <w:r>
        <w:t>경력 개요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예시상사 운영팀 | 운영 담당 | 2024.03–현재</w:t>
              <w:br/>
              <w:t>주문 자료 대조, 출고 일정 확인, 팀 공용 업무 문서 관리</w:t>
            </w:r>
          </w:p>
        </w:tc>
      </w:tr>
    </w:tbl>
    <w:p>
      <w:pPr>
        <w:pStyle w:val="Heading1"/>
        <w:widowControl/>
      </w:pPr>
      <w:r>
        <w:t>프로젝트 배경과 역할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주문 점검표 정비 | 2025.04–2025.06</w:t>
              <w:br/>
              <w:t>담당자마다 달랐던 주문 확인 항목을 정리하는 작업에 참여했습니다. 저는 기존 문서를 비교하고 공통 항목 초안을 작성했습니다.</w:t>
            </w:r>
          </w:p>
        </w:tc>
      </w:tr>
    </w:tbl>
    <w:p>
      <w:pPr>
        <w:pStyle w:val="Heading1"/>
        <w:widowControl/>
      </w:pPr>
      <w:r>
        <w:t>수행 내용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각 담당자와 확인 절차를 검토한 뒤 주문 번호, 확인 상태, 담당자, 처리일을 공통 항목으로 정했습니다. Excel 필터로 확인이 필요한 주문을 볼 수 있도록 구성하고 작성 방법을 문서로 남겼습니다.</w:t>
            </w:r>
          </w:p>
        </w:tc>
      </w:tr>
    </w:tbl>
    <w:p>
      <w:pPr>
        <w:pStyle w:val="Heading1"/>
        <w:widowControl/>
      </w:pPr>
      <w:r>
        <w:t>결과와 확인 근거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팀이 공통 점검표를 사용하게 되었고 신규 담당자에게 작성 방법을 안내했습니다. 본인의 기여는 항목 초안 작성과 사용 안내 문서 제작입니다. 성과 수치는 별도로 측정하지 않아 기재하지 않았습니다.</w:t>
            </w:r>
          </w:p>
        </w:tc>
      </w:tr>
    </w:tbl>
    <w:p>
      <w:pPr>
        <w:pStyle w:val="Heading1"/>
        <w:widowControl/>
      </w:pPr>
      <w:r>
        <w:t>활용 역량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업무 흐름 파악, 표 구조 설계, 담당자 의견 조율</w:t>
              <w:br/>
              <w:t>다음 개선에서는 도입 전후 처리 시간을 같은 기준으로 기록할 계획입니다.</w:t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B811BBEC-A4DF-4E15-8871-BF1EF2E411FF}"/>
    <w:embedBold r:id="rIdBold" w:fontKey="{0D07AFC1-1F6E-4F47-8629-AC4DAA91200E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경력기술서 양식</dc:title>
  <dc:subject>편집 가능한 취업 서류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