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경력기술서</w:t>
      </w:r>
    </w:p>
    <w:p>
      <w:pPr>
        <w:widowControl/>
      </w:pPr>
      <w:r>
        <w:rPr>
          <w:sz w:val="18"/>
        </w:rPr>
        <w:t>칸 안에 작성하세요. 필요한 행은 추가하고, 사용하지 않는 항목은 삭제하세요.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성명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지원 직무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이메일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소속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프로젝트 기간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경력 개요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프로젝트 배경과 역할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수행 내용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결과와 확인 근거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활용 역량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A98B43BF-3C38-4133-A3EE-E5E62440E7DC}"/>
    <w:embedBold r:id="rIdBold" w:fontKey="{5C8BC04E-FEB9-48AE-845D-204C28B2C9F4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 양식</dc:title>
  <dc:subject>편집 가능한 취업 서류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