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이력서</w:t>
      </w:r>
    </w:p>
    <w:p>
      <w:pPr>
        <w:widowControl/>
      </w:pPr>
      <w:r>
        <w:rPr>
          <w:sz w:val="18"/>
        </w:rPr>
        <w:t>작성 예시 · 인물과 경력은 모두 가상입니다.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1584"/>
        <w:gridCol w:w="3312"/>
        <w:gridCol w:w="1584"/>
        <w:gridCol w:w="3312"/>
      </w:tblGrid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성명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김하린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지원 직무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운영지원</w:t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이메일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harin@example.com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연락처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거주 지역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서울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포트폴리오 (선택)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지원 분야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운영지원 직무를 희망합니다. 교내 행사 접수와 자료 정리 경험을 바탕으로 정확한 기록과 일정 관리를 돕겠습니다.</w:t>
            </w:r>
          </w:p>
        </w:tc>
      </w:tr>
    </w:tbl>
    <w:p>
      <w:pPr>
        <w:pStyle w:val="Heading1"/>
        <w:widowControl/>
      </w:pPr>
      <w:r>
        <w:t>학력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2016"/>
        <w:gridCol w:w="3312"/>
        <w:gridCol w:w="4464"/>
      </w:tblGrid>
      <w:tr>
        <w:trPr>
          <w:trHeight w:val="460" w:hRule="atLeast"/>
          <w:cantSplit/>
          <w:tblHeader/>
        </w:trPr>
        <w:tc>
          <w:tcPr>
            <w:tcW w:type="dxa" w:w="201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재학 기간</w:t>
            </w:r>
          </w:p>
        </w:tc>
        <w:tc>
          <w:tcPr>
            <w:tcW w:type="dxa" w:w="3312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학교명</w:t>
            </w:r>
          </w:p>
        </w:tc>
        <w:tc>
          <w:tcPr>
            <w:tcW w:type="dxa" w:w="446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전공 · 학위</w:t>
            </w:r>
          </w:p>
        </w:tc>
      </w:tr>
      <w:tr>
        <w:trPr>
          <w:trHeight w:val="56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2022.03–2026.02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예시대학교</w:t>
            </w:r>
          </w:p>
        </w:tc>
        <w:tc>
          <w:tcPr>
            <w:tcW w:type="dxa" w:w="4464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경영학과</w:t>
            </w:r>
          </w:p>
        </w:tc>
      </w:tr>
      <w:tr>
        <w:trPr>
          <w:trHeight w:val="56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464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활동 및 경험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2016"/>
        <w:gridCol w:w="2880"/>
        <w:gridCol w:w="4896"/>
      </w:tblGrid>
      <w:tr>
        <w:trPr>
          <w:trHeight w:val="460" w:hRule="atLeast"/>
          <w:cantSplit/>
          <w:tblHeader/>
        </w:trPr>
        <w:tc>
          <w:tcPr>
            <w:tcW w:type="dxa" w:w="201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활동 · 재직 기간</w:t>
            </w:r>
          </w:p>
        </w:tc>
        <w:tc>
          <w:tcPr>
            <w:tcW w:type="dxa" w:w="2880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소속 · 직무</w:t>
            </w:r>
          </w:p>
        </w:tc>
        <w:tc>
          <w:tcPr>
            <w:tcW w:type="dxa" w:w="489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담당 업무 · 본인 기여</w:t>
            </w:r>
          </w:p>
        </w:tc>
      </w:tr>
      <w:tr>
        <w:trPr>
          <w:trHeight w:val="104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2025.03–2025.06</w:t>
            </w:r>
          </w:p>
        </w:tc>
        <w:tc>
          <w:tcPr>
            <w:tcW w:type="dxa" w:w="2880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교내 행사 운영팀</w:t>
            </w:r>
          </w:p>
        </w:tc>
        <w:tc>
          <w:tcPr>
            <w:tcW w:type="dxa" w:w="489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신청 명단 정리, 중복 확인 및 접수 현황 공유</w:t>
            </w:r>
          </w:p>
        </w:tc>
      </w:tr>
    </w:tbl>
    <w:p>
      <w:pPr>
        <w:pStyle w:val="Heading1"/>
        <w:widowControl/>
      </w:pPr>
      <w:r>
        <w:t>역량 및 자격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Excel: 정렬, 필터, SUMIF를 활용한 명단 집계</w:t>
              <w:br/>
              <w:t>문서 작성: 회의 내용 요약과 일정 안내문 작성</w:t>
            </w:r>
          </w:p>
        </w:tc>
      </w:tr>
    </w:tbl>
    <w:p>
      <w:pPr>
        <w:pStyle w:val="Heading1"/>
        <w:widowControl/>
      </w:pPr>
      <w:r>
        <w:t>추가 활동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학생 모임 회의록을 작성하고 지난 회의의 결정 사항을 정리했습니다.</w:t>
            </w:r>
          </w:p>
        </w:tc>
      </w:tr>
    </w:tbl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embedRegular r:id="rIdRegular" w:fontKey="{BF9E0EA9-E381-4582-BEFB-53F1C00E273A}"/>
    <w:embedBold r:id="rIdBold" w:fontKey="{C5690601-CDDA-4E13-B356-088772DE32C0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60"/>
    </w:pPr>
    <w:rPr>
      <w:rFonts w:ascii="Pretendard" w:hAnsi="Pretendard" w:eastAsia="Pretendard" w:cs="Pretendard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cstheme="majorBidi" w:ascii="Pretendard" w:hAnsi="Pretendard" w:eastAsia="Pretendard" w:cs="Pretendard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Pretendard" w:hAnsi="Pretendard" w:eastAsia="Pretendard" w:cs="Pretendard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?>
<Relationships xmlns="http://schemas.openxmlformats.org/package/2006/relationships"><Relationship Id="rIdRegular" Type="http://schemas.openxmlformats.org/officeDocument/2006/relationships/font" Target="fonts/Pretendard-Regular.odttf"/><Relationship Id="rIdBold" Type="http://schemas.openxmlformats.org/officeDocument/2006/relationships/font" Target="fonts/Pretendard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기본 이력서 양식</dc:title>
  <dc:subject>편집 가능한 취업 서류</dc:subject>
  <dc:creator>SheetSum</dc:creator>
  <cp:keywords/>
  <dc:description>Original SheetSum template. Personal editing and submission permitted.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