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이력서</w:t>
      </w:r>
    </w:p>
    <w:p>
      <w:pPr>
        <w:widowControl/>
      </w:pPr>
      <w:r>
        <w:rPr>
          <w:sz w:val="18"/>
        </w:rPr>
        <w:t>칸 안에 작성하세요. 필요한 행은 추가하고, 사용하지 않는 항목은 삭제하세요.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1584"/>
        <w:gridCol w:w="3312"/>
        <w:gridCol w:w="1584"/>
        <w:gridCol w:w="3312"/>
      </w:tblGrid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성명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지원 직무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이메일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연락처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거주 지역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포트폴리오 (선택)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지원 분야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학력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2016"/>
        <w:gridCol w:w="3312"/>
        <w:gridCol w:w="4464"/>
      </w:tblGrid>
      <w:tr>
        <w:trPr>
          <w:trHeight w:val="460" w:hRule="atLeast"/>
          <w:cantSplit/>
          <w:tblHeader/>
        </w:trPr>
        <w:tc>
          <w:tcPr>
            <w:tcW w:type="dxa" w:w="201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재학 기간</w:t>
            </w:r>
          </w:p>
        </w:tc>
        <w:tc>
          <w:tcPr>
            <w:tcW w:type="dxa" w:w="3312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학교명</w:t>
            </w:r>
          </w:p>
        </w:tc>
        <w:tc>
          <w:tcPr>
            <w:tcW w:type="dxa" w:w="446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전공 · 학위</w:t>
            </w:r>
          </w:p>
        </w:tc>
      </w:tr>
      <w:tr>
        <w:trPr>
          <w:trHeight w:val="56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464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464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활동 및 경험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2016"/>
        <w:gridCol w:w="2880"/>
        <w:gridCol w:w="4896"/>
      </w:tblGrid>
      <w:tr>
        <w:trPr>
          <w:trHeight w:val="460" w:hRule="atLeast"/>
          <w:cantSplit/>
          <w:tblHeader/>
        </w:trPr>
        <w:tc>
          <w:tcPr>
            <w:tcW w:type="dxa" w:w="201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활동 · 재직 기간</w:t>
            </w:r>
          </w:p>
        </w:tc>
        <w:tc>
          <w:tcPr>
            <w:tcW w:type="dxa" w:w="2880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소속 · 직무</w:t>
            </w:r>
          </w:p>
        </w:tc>
        <w:tc>
          <w:tcPr>
            <w:tcW w:type="dxa" w:w="489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담당 업무 · 본인 기여</w:t>
            </w:r>
          </w:p>
        </w:tc>
      </w:tr>
      <w:tr>
        <w:trPr>
          <w:trHeight w:val="104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80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9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역량 및 자격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추가 활동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embedRegular r:id="rIdRegular" w:fontKey="{9F787A80-8D8D-4F41-9C99-223E43D2E26E}"/>
    <w:embedBold r:id="rIdBold" w:fontKey="{9051D375-81F8-4BBA-8D50-54688FA59753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60"/>
    </w:pPr>
    <w:rPr>
      <w:rFonts w:ascii="Pretendard" w:hAnsi="Pretendard" w:eastAsia="Pretendard" w:cs="Pretendard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cstheme="majorBidi" w:ascii="Pretendard" w:hAnsi="Pretendard" w:eastAsia="Pretendard" w:cs="Pretendard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Pretendard" w:hAnsi="Pretendard" w:eastAsia="Pretendard" w:cs="Pretendard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?>
<Relationships xmlns="http://schemas.openxmlformats.org/package/2006/relationships"><Relationship Id="rIdRegular" Type="http://schemas.openxmlformats.org/officeDocument/2006/relationships/font" Target="fonts/Pretendard-Regular.odttf"/><Relationship Id="rIdBold" Type="http://schemas.openxmlformats.org/officeDocument/2006/relationships/font" Target="fonts/Pretendard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기본 이력서 양식</dc:title>
  <dc:subject>편집 가능한 취업 서류</dc:subject>
  <dc:creator>SheetSum</dc:creator>
  <cp:keywords/>
  <dc:description>Original SheetSum template. Personal editing and submission permitted.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