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Currículum</w:t>
      </w:r>
    </w:p>
    <w:p>
      <w:pPr>
        <w:widowControl/>
      </w:pPr>
      <w:r>
        <w:rPr>
          <w:sz w:val="18"/>
        </w:rPr>
        <w:t>Completa los campos. Añade filas y elimina los apartados que no necesites.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Puesto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Correo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Ciudad y país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Portfolio (opcional)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Perfil profesional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Competencias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Experiencia reciente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Organización / puesto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Funciones / aportación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Experiencia anterior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Organización / puesto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Funciones / aportación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Formación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CFB38470-B6EE-461B-A520-542767EBBF91}"/>
    <w:embedBold r:id="rIdBold" w:fontKey="{75FD6DC4-E791-4736-8C4D-7BA03ACDB2CB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con experiencia</dc:title>
  <dc:subject>Documento editable para candidaturas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