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Carta de presentación</w:t>
      </w:r>
    </w:p>
    <w:p>
      <w:pPr>
        <w:widowControl/>
      </w:pPr>
      <w:r>
        <w:rPr>
          <w:sz w:val="18"/>
        </w:rPr>
        <w:t>Ejemplo · Personas y experiencias ficticias.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Nombre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 Rivera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Puesto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Auxiliar de operaciones</w:t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Correo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alex@example.com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Empresa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Comercial de Ejemplo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Fecha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2026-09-07</w:t>
            </w:r>
          </w:p>
        </w:tc>
      </w:tr>
    </w:tbl>
    <w:p>
      <w:pPr>
        <w:pStyle w:val="Heading1"/>
        <w:widowControl/>
      </w:pPr>
      <w:r>
        <w:t>Destinatario y fecha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7 de septiembre de 2026</w:t>
              <w:br/>
              <w:t>Comercial de Ejemplo | Equipo de selección | Apoyo en operaciones</w:t>
              <w:br/>
              <w:t>Estimado equipo de selección:</w:t>
            </w:r>
          </w:p>
        </w:tc>
      </w:tr>
    </w:tbl>
    <w:p>
      <w:pPr>
        <w:pStyle w:val="Heading1"/>
        <w:widowControl/>
      </w:pPr>
      <w:r>
        <w:t>Motivación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Me gustaría presentar mi candidatura al puesto de apoyo en operaciones. Las tareas de revisión de pedidos y documentación descritas en la oferta están relacionadas con mi experiencia en la organización de eventos universitarios.</w:t>
            </w:r>
          </w:p>
        </w:tc>
      </w:tr>
    </w:tbl>
    <w:p>
      <w:pPr>
        <w:pStyle w:val="Heading1"/>
        <w:widowControl/>
      </w:pPr>
      <w:r>
        <w:t>Experiencia relacionada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Las inscripciones llegaban en formatos diferentes. Las reuní en una hoja compartida, identifiqué duplicados y marqué los registros que necesitaban seguimiento. El equipo pudo consultar el estado de las solicitudes en un mismo lugar.</w:t>
            </w:r>
          </w:p>
        </w:tc>
      </w:tr>
    </w:tbl>
    <w:p>
      <w:pPr>
        <w:pStyle w:val="Heading1"/>
        <w:widowControl/>
      </w:pPr>
      <w:r>
        <w:t>Aportación al puesto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Puedo aportar atención al detalle y comunicación escrita clara. Manejo filtros y sumas condicionales en Excel. Antes de proponer cambios, aprendería el procedimiento de revisión que utiliza el equipo.</w:t>
            </w:r>
          </w:p>
        </w:tc>
      </w:tr>
    </w:tbl>
    <w:p>
      <w:pPr>
        <w:pStyle w:val="Heading1"/>
        <w:widowControl/>
      </w:pPr>
      <w:r>
        <w:t>Cierre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130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Gracias por valorar mi candidatura. Quedo a su disposición para conversar sobre cómo mi experiencia puede contribuir al trabajo del equipo.</w:t>
              <w:br/>
              <w:t>Atentamente,</w:t>
              <w:br/>
              <w:t>Alex Rivera</w:t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F3BA82F1-BCF8-4DF9-A9E4-9EDD5CF97D26}"/>
    <w:embedBold r:id="rIdBold" w:fontKey="{BD4D8E52-78A1-403B-8663-4573190CA1E5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carta de presentación</dc:title>
  <dc:subject>Documento editable para candidaturas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