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Resume</w:t>
      </w:r>
    </w:p>
    <w:p>
      <w:pPr>
        <w:widowControl/>
      </w:pPr>
      <w:r>
        <w:rPr>
          <w:sz w:val="18"/>
        </w:rPr>
        <w:t>Example · All people and experience are fictional.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Alex Morgan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Target role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Operations assistant</w:t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Email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alex@example.com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Phone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City and state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Austin, TX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Portfolio (optional)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Recent business graduate seeking an operations assistant role. Experience organizing event registrations, checking records and documenting team decisions.</w:t>
            </w:r>
          </w:p>
        </w:tc>
      </w:tr>
    </w:tbl>
    <w:p>
      <w:pPr>
        <w:pStyle w:val="Heading1"/>
        <w:widowControl/>
      </w:pPr>
      <w:r>
        <w:t>Education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3312"/>
        <w:gridCol w:w="4464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Dates</w:t>
            </w:r>
          </w:p>
        </w:tc>
        <w:tc>
          <w:tcPr>
            <w:tcW w:type="dxa" w:w="3312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Institution</w:t>
            </w:r>
          </w:p>
        </w:tc>
        <w:tc>
          <w:tcPr>
            <w:tcW w:type="dxa" w:w="446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Qualification</w:t>
            </w:r>
          </w:p>
        </w:tc>
      </w:tr>
      <w:tr>
        <w:trPr>
          <w:trHeight w:val="56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2022–2026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Example University</w:t>
            </w:r>
          </w:p>
        </w:tc>
        <w:tc>
          <w:tcPr>
            <w:tcW w:type="dxa" w:w="4464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BA in Business</w:t>
            </w:r>
          </w:p>
        </w:tc>
      </w:tr>
      <w:tr>
        <w:trPr>
          <w:trHeight w:val="56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464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Experience and projects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Dates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Organization / role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Responsibilities / contribution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Jan–May 2026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Campus event team</w:t>
              <w:br/>
              <w:t>Volunteer coordinator</w:t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Combined registrations, flagged duplicates and maintained the shared status list.</w:t>
            </w:r>
          </w:p>
        </w:tc>
      </w:tr>
    </w:tbl>
    <w:p>
      <w:pPr>
        <w:pStyle w:val="Heading1"/>
        <w:widowControl/>
      </w:pPr>
      <w:r>
        <w:t>Skills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Excel: sorting, filtering and conditional totals</w:t>
              <w:br/>
              <w:t>Documentation: meeting notes and task checklists</w:t>
              <w:br/>
              <w:t>Communication: scheduling updates and written follow-up</w:t>
            </w:r>
          </w:p>
        </w:tc>
      </w:tr>
    </w:tbl>
    <w:p>
      <w:pPr>
        <w:pStyle w:val="Heading1"/>
        <w:widowControl/>
      </w:pPr>
      <w:r>
        <w:t>Additional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Recorded decisions at student group meetings and organized follow-up tasks by owner.</w:t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A3171337-9035-4566-A5A7-1281783E90F4}"/>
    <w:embedBold r:id="rIdBold" w:fontKey="{65CF8F34-DB41-473F-8638-E1B96E841B96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resume template</dc:title>
  <dc:subject>Editable job application document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